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64A" w:rsidRDefault="00752653" w:rsidP="008D6001">
      <w:pPr>
        <w:rPr>
          <w:lang w:eastAsia="ja-JP"/>
        </w:rPr>
      </w:pPr>
      <w:bookmarkStart w:id="0" w:name="_GoBack"/>
      <w:bookmarkEnd w:id="0"/>
      <w:r>
        <w:rPr>
          <w:rFonts w:hint="eastAsia"/>
          <w:lang w:eastAsia="ja-JP"/>
        </w:rPr>
        <w:t>（別紙</w:t>
      </w:r>
      <w:r w:rsidR="008D6001">
        <w:rPr>
          <w:rFonts w:hint="eastAsia"/>
          <w:lang w:eastAsia="ja-JP"/>
        </w:rPr>
        <w:t>1</w:t>
      </w:r>
      <w:r w:rsidR="008D6001">
        <w:rPr>
          <w:rFonts w:hint="eastAsia"/>
          <w:lang w:eastAsia="ja-JP"/>
        </w:rPr>
        <w:t>）</w:t>
      </w:r>
    </w:p>
    <w:p w:rsidR="008D6001" w:rsidRPr="00785FC5" w:rsidRDefault="00FE5574" w:rsidP="008D6001">
      <w:pPr>
        <w:jc w:val="center"/>
        <w:rPr>
          <w:sz w:val="24"/>
          <w:szCs w:val="24"/>
          <w:lang w:eastAsia="ja-JP"/>
        </w:rPr>
      </w:pPr>
      <w:r>
        <w:rPr>
          <w:rFonts w:hint="eastAsia"/>
          <w:sz w:val="24"/>
          <w:szCs w:val="24"/>
          <w:lang w:eastAsia="ja-JP"/>
        </w:rPr>
        <w:t>申請者及び開発商品の概要書</w:t>
      </w:r>
    </w:p>
    <w:tbl>
      <w:tblPr>
        <w:tblStyle w:val="afe"/>
        <w:tblW w:w="0" w:type="auto"/>
        <w:jc w:val="center"/>
        <w:shd w:val="clear" w:color="auto" w:fill="FFFFFF" w:themeFill="background1"/>
        <w:tblLook w:val="04A0" w:firstRow="1" w:lastRow="0" w:firstColumn="1" w:lastColumn="0" w:noHBand="0" w:noVBand="1"/>
      </w:tblPr>
      <w:tblGrid>
        <w:gridCol w:w="2551"/>
        <w:gridCol w:w="7087"/>
      </w:tblGrid>
      <w:tr w:rsidR="00A8164A" w:rsidTr="0057307B">
        <w:trPr>
          <w:jc w:val="center"/>
        </w:trPr>
        <w:tc>
          <w:tcPr>
            <w:tcW w:w="9638" w:type="dxa"/>
            <w:gridSpan w:val="2"/>
            <w:tcBorders>
              <w:top w:val="nil"/>
              <w:left w:val="nil"/>
              <w:bottom w:val="nil"/>
              <w:right w:val="nil"/>
            </w:tcBorders>
            <w:shd w:val="clear" w:color="auto" w:fill="FFFFFF" w:themeFill="background1"/>
            <w:tcMar>
              <w:top w:w="80" w:type="dxa"/>
              <w:left w:w="100" w:type="dxa"/>
              <w:bottom w:w="80" w:type="dxa"/>
              <w:right w:w="100" w:type="dxa"/>
            </w:tcMar>
          </w:tcPr>
          <w:p w:rsidR="00A8164A" w:rsidRPr="00AF3162" w:rsidRDefault="00AF3162" w:rsidP="00AF3162">
            <w:pPr>
              <w:rPr>
                <w:sz w:val="28"/>
                <w:szCs w:val="28"/>
                <w:lang w:eastAsia="ja-JP"/>
              </w:rPr>
            </w:pPr>
            <w:r>
              <w:rPr>
                <w:rFonts w:hint="eastAsia"/>
                <w:b/>
                <w:sz w:val="28"/>
                <w:szCs w:val="28"/>
                <w:lang w:eastAsia="ja-JP"/>
              </w:rPr>
              <w:t>1.</w:t>
            </w:r>
            <w:r w:rsidR="00752653" w:rsidRPr="00AF3162">
              <w:rPr>
                <w:b/>
                <w:sz w:val="28"/>
                <w:szCs w:val="28"/>
                <w:lang w:eastAsia="ja-JP"/>
              </w:rPr>
              <w:t>申請者情報</w:t>
            </w:r>
          </w:p>
          <w:tbl>
            <w:tblPr>
              <w:tblStyle w:val="afe"/>
              <w:tblW w:w="0" w:type="auto"/>
              <w:tblLook w:val="04A0" w:firstRow="1" w:lastRow="0" w:firstColumn="1" w:lastColumn="0" w:noHBand="0" w:noVBand="1"/>
            </w:tblPr>
            <w:tblGrid>
              <w:gridCol w:w="2357"/>
              <w:gridCol w:w="2357"/>
              <w:gridCol w:w="2357"/>
              <w:gridCol w:w="2357"/>
            </w:tblGrid>
            <w:tr w:rsidR="0057307B" w:rsidTr="00AF3162">
              <w:trPr>
                <w:trHeight w:val="580"/>
              </w:trPr>
              <w:tc>
                <w:tcPr>
                  <w:tcW w:w="2357" w:type="dxa"/>
                  <w:vAlign w:val="center"/>
                </w:tcPr>
                <w:p w:rsidR="0057307B" w:rsidRPr="00A76BC0" w:rsidRDefault="0057307B" w:rsidP="00AF3162">
                  <w:pPr>
                    <w:jc w:val="center"/>
                    <w:rPr>
                      <w:lang w:eastAsia="ja-JP"/>
                    </w:rPr>
                  </w:pPr>
                  <w:r w:rsidRPr="00A76BC0">
                    <w:rPr>
                      <w:lang w:eastAsia="ja-JP"/>
                    </w:rPr>
                    <w:t>法人名（屋号）</w:t>
                  </w:r>
                </w:p>
              </w:tc>
              <w:tc>
                <w:tcPr>
                  <w:tcW w:w="2357" w:type="dxa"/>
                  <w:vAlign w:val="center"/>
                </w:tcPr>
                <w:p w:rsidR="0057307B" w:rsidRDefault="0057307B" w:rsidP="00AF3162">
                  <w:pPr>
                    <w:jc w:val="center"/>
                    <w:rPr>
                      <w:lang w:eastAsia="ja-JP"/>
                    </w:rPr>
                  </w:pPr>
                </w:p>
              </w:tc>
              <w:tc>
                <w:tcPr>
                  <w:tcW w:w="2357" w:type="dxa"/>
                  <w:vAlign w:val="center"/>
                </w:tcPr>
                <w:p w:rsidR="0057307B" w:rsidRPr="00A76BC0" w:rsidRDefault="0057307B" w:rsidP="00AF3162">
                  <w:pPr>
                    <w:jc w:val="center"/>
                    <w:rPr>
                      <w:lang w:eastAsia="ja-JP"/>
                    </w:rPr>
                  </w:pPr>
                  <w:r w:rsidRPr="00A76BC0">
                    <w:rPr>
                      <w:lang w:eastAsia="ja-JP"/>
                    </w:rPr>
                    <w:t>代表者氏名</w:t>
                  </w:r>
                </w:p>
              </w:tc>
              <w:tc>
                <w:tcPr>
                  <w:tcW w:w="2357" w:type="dxa"/>
                </w:tcPr>
                <w:p w:rsidR="0057307B" w:rsidRDefault="0057307B" w:rsidP="0057307B">
                  <w:pPr>
                    <w:rPr>
                      <w:lang w:eastAsia="ja-JP"/>
                    </w:rPr>
                  </w:pPr>
                </w:p>
              </w:tc>
            </w:tr>
            <w:tr w:rsidR="0057307B" w:rsidTr="00AF3162">
              <w:trPr>
                <w:trHeight w:val="580"/>
              </w:trPr>
              <w:tc>
                <w:tcPr>
                  <w:tcW w:w="2357" w:type="dxa"/>
                  <w:vAlign w:val="center"/>
                </w:tcPr>
                <w:p w:rsidR="0057307B" w:rsidRPr="00A76BC0" w:rsidRDefault="0057307B" w:rsidP="00AF3162">
                  <w:pPr>
                    <w:jc w:val="center"/>
                    <w:rPr>
                      <w:lang w:eastAsia="ja-JP"/>
                    </w:rPr>
                  </w:pPr>
                  <w:r w:rsidRPr="00A76BC0">
                    <w:rPr>
                      <w:lang w:eastAsia="ja-JP"/>
                    </w:rPr>
                    <w:t>資本金の額</w:t>
                  </w:r>
                </w:p>
              </w:tc>
              <w:tc>
                <w:tcPr>
                  <w:tcW w:w="2357" w:type="dxa"/>
                  <w:vAlign w:val="center"/>
                </w:tcPr>
                <w:p w:rsidR="0057307B" w:rsidRDefault="0057307B" w:rsidP="00AF3162">
                  <w:pPr>
                    <w:jc w:val="center"/>
                    <w:rPr>
                      <w:lang w:eastAsia="ja-JP"/>
                    </w:rPr>
                  </w:pPr>
                </w:p>
              </w:tc>
              <w:tc>
                <w:tcPr>
                  <w:tcW w:w="2357" w:type="dxa"/>
                  <w:vAlign w:val="center"/>
                </w:tcPr>
                <w:p w:rsidR="0057307B" w:rsidRPr="00A76BC0" w:rsidRDefault="0057307B" w:rsidP="00AF3162">
                  <w:pPr>
                    <w:jc w:val="center"/>
                    <w:rPr>
                      <w:lang w:eastAsia="ja-JP"/>
                    </w:rPr>
                  </w:pPr>
                  <w:r w:rsidRPr="00A76BC0">
                    <w:rPr>
                      <w:lang w:eastAsia="ja-JP"/>
                    </w:rPr>
                    <w:t>従業員数</w:t>
                  </w:r>
                </w:p>
              </w:tc>
              <w:tc>
                <w:tcPr>
                  <w:tcW w:w="2357" w:type="dxa"/>
                </w:tcPr>
                <w:p w:rsidR="0057307B" w:rsidRDefault="0057307B" w:rsidP="0057307B">
                  <w:pPr>
                    <w:rPr>
                      <w:lang w:eastAsia="ja-JP"/>
                    </w:rPr>
                  </w:pPr>
                </w:p>
              </w:tc>
            </w:tr>
            <w:tr w:rsidR="0057307B" w:rsidTr="00AF3162">
              <w:trPr>
                <w:trHeight w:val="580"/>
              </w:trPr>
              <w:tc>
                <w:tcPr>
                  <w:tcW w:w="2357" w:type="dxa"/>
                  <w:vAlign w:val="center"/>
                </w:tcPr>
                <w:p w:rsidR="0057307B" w:rsidRPr="00A76BC0" w:rsidRDefault="0057307B" w:rsidP="00AF3162">
                  <w:pPr>
                    <w:jc w:val="center"/>
                    <w:rPr>
                      <w:lang w:eastAsia="ja-JP"/>
                    </w:rPr>
                  </w:pPr>
                  <w:r w:rsidRPr="00A76BC0">
                    <w:rPr>
                      <w:lang w:eastAsia="ja-JP"/>
                    </w:rPr>
                    <w:t>業種</w:t>
                  </w:r>
                </w:p>
              </w:tc>
              <w:tc>
                <w:tcPr>
                  <w:tcW w:w="2357" w:type="dxa"/>
                  <w:vAlign w:val="center"/>
                </w:tcPr>
                <w:p w:rsidR="0057307B" w:rsidRDefault="0057307B" w:rsidP="00AF3162">
                  <w:pPr>
                    <w:jc w:val="center"/>
                    <w:rPr>
                      <w:lang w:eastAsia="ja-JP"/>
                    </w:rPr>
                  </w:pPr>
                </w:p>
              </w:tc>
              <w:tc>
                <w:tcPr>
                  <w:tcW w:w="2357" w:type="dxa"/>
                  <w:vAlign w:val="center"/>
                </w:tcPr>
                <w:p w:rsidR="0057307B" w:rsidRPr="00A76BC0" w:rsidRDefault="0057307B" w:rsidP="00AF3162">
                  <w:pPr>
                    <w:jc w:val="center"/>
                    <w:rPr>
                      <w:lang w:eastAsia="ja-JP"/>
                    </w:rPr>
                  </w:pPr>
                  <w:r w:rsidRPr="00A76BC0">
                    <w:rPr>
                      <w:rFonts w:hint="eastAsia"/>
                      <w:lang w:eastAsia="ja-JP"/>
                    </w:rPr>
                    <w:t>申請担当者名</w:t>
                  </w:r>
                </w:p>
              </w:tc>
              <w:tc>
                <w:tcPr>
                  <w:tcW w:w="2357" w:type="dxa"/>
                </w:tcPr>
                <w:p w:rsidR="0057307B" w:rsidRDefault="0057307B" w:rsidP="0057307B">
                  <w:pPr>
                    <w:rPr>
                      <w:lang w:eastAsia="ja-JP"/>
                    </w:rPr>
                  </w:pPr>
                </w:p>
              </w:tc>
            </w:tr>
            <w:tr w:rsidR="0057307B" w:rsidTr="00AF3162">
              <w:trPr>
                <w:trHeight w:val="580"/>
              </w:trPr>
              <w:tc>
                <w:tcPr>
                  <w:tcW w:w="2357" w:type="dxa"/>
                  <w:vAlign w:val="center"/>
                </w:tcPr>
                <w:p w:rsidR="0057307B" w:rsidRPr="00A76BC0" w:rsidRDefault="0057307B" w:rsidP="00AF3162">
                  <w:pPr>
                    <w:jc w:val="center"/>
                    <w:rPr>
                      <w:lang w:eastAsia="ja-JP"/>
                    </w:rPr>
                  </w:pPr>
                  <w:r w:rsidRPr="00A76BC0">
                    <w:rPr>
                      <w:rFonts w:hint="eastAsia"/>
                      <w:lang w:eastAsia="ja-JP"/>
                    </w:rPr>
                    <w:t>メールアドレス</w:t>
                  </w:r>
                </w:p>
              </w:tc>
              <w:tc>
                <w:tcPr>
                  <w:tcW w:w="2357" w:type="dxa"/>
                  <w:vAlign w:val="center"/>
                </w:tcPr>
                <w:p w:rsidR="0057307B" w:rsidRDefault="0057307B" w:rsidP="00AF3162">
                  <w:pPr>
                    <w:jc w:val="center"/>
                    <w:rPr>
                      <w:lang w:eastAsia="ja-JP"/>
                    </w:rPr>
                  </w:pPr>
                </w:p>
              </w:tc>
              <w:tc>
                <w:tcPr>
                  <w:tcW w:w="2357" w:type="dxa"/>
                  <w:vAlign w:val="center"/>
                </w:tcPr>
                <w:p w:rsidR="0057307B" w:rsidRPr="00A76BC0" w:rsidRDefault="0057307B" w:rsidP="00AF3162">
                  <w:pPr>
                    <w:jc w:val="center"/>
                    <w:rPr>
                      <w:lang w:eastAsia="ja-JP"/>
                    </w:rPr>
                  </w:pPr>
                  <w:r w:rsidRPr="00A76BC0">
                    <w:rPr>
                      <w:rFonts w:hint="eastAsia"/>
                      <w:lang w:eastAsia="ja-JP"/>
                    </w:rPr>
                    <w:t>電話番号</w:t>
                  </w:r>
                </w:p>
              </w:tc>
              <w:tc>
                <w:tcPr>
                  <w:tcW w:w="2357" w:type="dxa"/>
                </w:tcPr>
                <w:p w:rsidR="0057307B" w:rsidRDefault="0057307B" w:rsidP="0057307B">
                  <w:pPr>
                    <w:rPr>
                      <w:lang w:eastAsia="ja-JP"/>
                    </w:rPr>
                  </w:pPr>
                </w:p>
              </w:tc>
            </w:tr>
          </w:tbl>
          <w:p w:rsidR="0057307B" w:rsidRDefault="0057307B" w:rsidP="0057307B">
            <w:pPr>
              <w:rPr>
                <w:lang w:eastAsia="ja-JP"/>
              </w:rPr>
            </w:pPr>
          </w:p>
        </w:tc>
      </w:tr>
      <w:tr w:rsidR="00A8164A" w:rsidRPr="00AF3162" w:rsidTr="008D6001">
        <w:trPr>
          <w:jc w:val="center"/>
        </w:trPr>
        <w:tc>
          <w:tcPr>
            <w:tcW w:w="9638" w:type="dxa"/>
            <w:gridSpan w:val="2"/>
            <w:tcBorders>
              <w:top w:val="nil"/>
              <w:left w:val="nil"/>
              <w:bottom w:val="single" w:sz="4" w:space="0" w:color="auto"/>
              <w:right w:val="nil"/>
            </w:tcBorders>
            <w:shd w:val="clear" w:color="auto" w:fill="FFFFFF" w:themeFill="background1"/>
            <w:tcMar>
              <w:top w:w="80" w:type="dxa"/>
              <w:left w:w="100" w:type="dxa"/>
              <w:bottom w:w="80" w:type="dxa"/>
              <w:right w:w="100" w:type="dxa"/>
            </w:tcMar>
          </w:tcPr>
          <w:p w:rsidR="00A8164A" w:rsidRPr="00AF3162" w:rsidRDefault="00F039B6">
            <w:pPr>
              <w:rPr>
                <w:sz w:val="28"/>
                <w:szCs w:val="28"/>
              </w:rPr>
            </w:pPr>
            <w:r w:rsidRPr="00AF3162">
              <w:rPr>
                <w:rFonts w:hint="eastAsia"/>
                <w:b/>
                <w:sz w:val="28"/>
                <w:szCs w:val="28"/>
                <w:lang w:eastAsia="ja-JP"/>
              </w:rPr>
              <w:t>2.</w:t>
            </w:r>
            <w:r w:rsidR="00752653" w:rsidRPr="00AF3162">
              <w:rPr>
                <w:b/>
                <w:sz w:val="28"/>
                <w:szCs w:val="28"/>
              </w:rPr>
              <w:t>開発する商品等</w:t>
            </w:r>
          </w:p>
        </w:tc>
      </w:tr>
      <w:tr w:rsidR="00A8164A" w:rsidTr="00AF3162">
        <w:trPr>
          <w:jc w:val="center"/>
        </w:trPr>
        <w:tc>
          <w:tcPr>
            <w:tcW w:w="2551" w:type="dxa"/>
            <w:tcBorders>
              <w:top w:val="single" w:sz="4" w:space="0" w:color="auto"/>
            </w:tcBorders>
            <w:shd w:val="clear" w:color="auto" w:fill="FFFFFF" w:themeFill="background1"/>
            <w:tcMar>
              <w:top w:w="80" w:type="dxa"/>
              <w:left w:w="100" w:type="dxa"/>
              <w:bottom w:w="80" w:type="dxa"/>
              <w:right w:w="100" w:type="dxa"/>
            </w:tcMar>
            <w:vAlign w:val="center"/>
          </w:tcPr>
          <w:p w:rsidR="00A8164A" w:rsidRPr="00A76BC0" w:rsidRDefault="00752653" w:rsidP="00AF3162">
            <w:pPr>
              <w:jc w:val="center"/>
            </w:pPr>
            <w:r w:rsidRPr="00A76BC0">
              <w:t>商品名</w:t>
            </w:r>
          </w:p>
        </w:tc>
        <w:tc>
          <w:tcPr>
            <w:tcW w:w="7087" w:type="dxa"/>
            <w:tcBorders>
              <w:top w:val="single" w:sz="4" w:space="0" w:color="auto"/>
            </w:tcBorders>
            <w:shd w:val="clear" w:color="auto" w:fill="FFFFFF" w:themeFill="background1"/>
            <w:tcMar>
              <w:top w:w="80" w:type="dxa"/>
              <w:left w:w="100" w:type="dxa"/>
              <w:bottom w:w="80" w:type="dxa"/>
              <w:right w:w="100" w:type="dxa"/>
            </w:tcMar>
            <w:vAlign w:val="center"/>
          </w:tcPr>
          <w:p w:rsidR="00A8164A" w:rsidRDefault="00A8164A" w:rsidP="00AF3162">
            <w:pPr>
              <w:jc w:val="center"/>
            </w:pPr>
          </w:p>
        </w:tc>
      </w:tr>
      <w:tr w:rsidR="00A8164A" w:rsidTr="00AF3162">
        <w:trPr>
          <w:jc w:val="center"/>
        </w:trPr>
        <w:tc>
          <w:tcPr>
            <w:tcW w:w="2551" w:type="dxa"/>
            <w:shd w:val="clear" w:color="auto" w:fill="FFFFFF" w:themeFill="background1"/>
            <w:tcMar>
              <w:top w:w="80" w:type="dxa"/>
              <w:left w:w="100" w:type="dxa"/>
              <w:bottom w:w="80" w:type="dxa"/>
              <w:right w:w="100" w:type="dxa"/>
            </w:tcMar>
            <w:vAlign w:val="center"/>
          </w:tcPr>
          <w:p w:rsidR="00A8164A" w:rsidRPr="00A76BC0" w:rsidRDefault="00752653" w:rsidP="00AF3162">
            <w:pPr>
              <w:jc w:val="center"/>
            </w:pPr>
            <w:r w:rsidRPr="00A76BC0">
              <w:t>商品の種類</w:t>
            </w:r>
          </w:p>
        </w:tc>
        <w:tc>
          <w:tcPr>
            <w:tcW w:w="7087" w:type="dxa"/>
            <w:shd w:val="clear" w:color="auto" w:fill="FFFFFF" w:themeFill="background1"/>
            <w:tcMar>
              <w:top w:w="80" w:type="dxa"/>
              <w:left w:w="100" w:type="dxa"/>
              <w:bottom w:w="80" w:type="dxa"/>
              <w:right w:w="100" w:type="dxa"/>
            </w:tcMar>
            <w:vAlign w:val="center"/>
          </w:tcPr>
          <w:p w:rsidR="00A8164A" w:rsidRDefault="00A8164A" w:rsidP="00AF3162">
            <w:pPr>
              <w:jc w:val="center"/>
            </w:pPr>
          </w:p>
        </w:tc>
      </w:tr>
      <w:tr w:rsidR="00A8164A" w:rsidTr="00AF3162">
        <w:trPr>
          <w:jc w:val="center"/>
        </w:trPr>
        <w:tc>
          <w:tcPr>
            <w:tcW w:w="2551" w:type="dxa"/>
            <w:shd w:val="clear" w:color="auto" w:fill="FFFFFF" w:themeFill="background1"/>
            <w:tcMar>
              <w:top w:w="80" w:type="dxa"/>
              <w:left w:w="100" w:type="dxa"/>
              <w:bottom w:w="80" w:type="dxa"/>
              <w:right w:w="100" w:type="dxa"/>
            </w:tcMar>
            <w:vAlign w:val="center"/>
          </w:tcPr>
          <w:p w:rsidR="00A8164A" w:rsidRPr="00A76BC0" w:rsidRDefault="00752653" w:rsidP="00AF3162">
            <w:pPr>
              <w:jc w:val="center"/>
            </w:pPr>
            <w:r w:rsidRPr="00A76BC0">
              <w:t>開発の範囲</w:t>
            </w:r>
          </w:p>
        </w:tc>
        <w:tc>
          <w:tcPr>
            <w:tcW w:w="7087" w:type="dxa"/>
            <w:shd w:val="clear" w:color="auto" w:fill="FFFFFF" w:themeFill="background1"/>
            <w:tcMar>
              <w:top w:w="80" w:type="dxa"/>
              <w:left w:w="100" w:type="dxa"/>
              <w:bottom w:w="80" w:type="dxa"/>
              <w:right w:w="100" w:type="dxa"/>
            </w:tcMar>
            <w:vAlign w:val="center"/>
          </w:tcPr>
          <w:p w:rsidR="00A8164A" w:rsidRPr="008D6001" w:rsidRDefault="00752653" w:rsidP="00AF3162">
            <w:pPr>
              <w:jc w:val="center"/>
              <w:rPr>
                <w:lang w:eastAsia="ja-JP"/>
              </w:rPr>
            </w:pPr>
            <w:r>
              <w:rPr>
                <w:lang w:eastAsia="ja-JP"/>
              </w:rPr>
              <w:t xml:space="preserve">□ </w:t>
            </w:r>
            <w:r w:rsidR="008D6001">
              <w:rPr>
                <w:rFonts w:hint="eastAsia"/>
                <w:lang w:eastAsia="ja-JP"/>
              </w:rPr>
              <w:t>新規商品開発</w:t>
            </w:r>
            <w:r>
              <w:rPr>
                <w:lang w:eastAsia="ja-JP"/>
              </w:rPr>
              <w:t xml:space="preserve">　　　</w:t>
            </w:r>
            <w:r>
              <w:rPr>
                <w:lang w:eastAsia="ja-JP"/>
              </w:rPr>
              <w:t xml:space="preserve">□ </w:t>
            </w:r>
            <w:r w:rsidR="008D6001">
              <w:rPr>
                <w:rFonts w:hint="eastAsia"/>
                <w:lang w:eastAsia="ja-JP"/>
              </w:rPr>
              <w:t>包材デザイン</w:t>
            </w:r>
          </w:p>
        </w:tc>
      </w:tr>
      <w:tr w:rsidR="00A8164A" w:rsidTr="00AF3162">
        <w:trPr>
          <w:jc w:val="center"/>
        </w:trPr>
        <w:tc>
          <w:tcPr>
            <w:tcW w:w="2551" w:type="dxa"/>
            <w:shd w:val="clear" w:color="auto" w:fill="FFFFFF" w:themeFill="background1"/>
            <w:tcMar>
              <w:top w:w="80" w:type="dxa"/>
              <w:left w:w="100" w:type="dxa"/>
              <w:bottom w:w="80" w:type="dxa"/>
              <w:right w:w="100" w:type="dxa"/>
            </w:tcMar>
            <w:vAlign w:val="center"/>
          </w:tcPr>
          <w:p w:rsidR="00A8164A" w:rsidRPr="00A76BC0" w:rsidRDefault="00752653" w:rsidP="00AF3162">
            <w:pPr>
              <w:jc w:val="center"/>
            </w:pPr>
            <w:r w:rsidRPr="00A76BC0">
              <w:t>事業着手日</w:t>
            </w:r>
          </w:p>
        </w:tc>
        <w:tc>
          <w:tcPr>
            <w:tcW w:w="7087" w:type="dxa"/>
            <w:shd w:val="clear" w:color="auto" w:fill="FFFFFF" w:themeFill="background1"/>
            <w:tcMar>
              <w:top w:w="80" w:type="dxa"/>
              <w:left w:w="100" w:type="dxa"/>
              <w:bottom w:w="80" w:type="dxa"/>
              <w:right w:w="100" w:type="dxa"/>
            </w:tcMar>
            <w:vAlign w:val="center"/>
          </w:tcPr>
          <w:p w:rsidR="00A8164A" w:rsidRDefault="00752653" w:rsidP="00AF3162">
            <w:pPr>
              <w:jc w:val="center"/>
            </w:pPr>
            <w:r>
              <w:t>令和　　年　　月　　日</w:t>
            </w:r>
          </w:p>
        </w:tc>
      </w:tr>
      <w:tr w:rsidR="00A8164A" w:rsidTr="00AF3162">
        <w:trPr>
          <w:trHeight w:val="20"/>
          <w:jc w:val="center"/>
        </w:trPr>
        <w:tc>
          <w:tcPr>
            <w:tcW w:w="2551" w:type="dxa"/>
            <w:shd w:val="clear" w:color="auto" w:fill="FFFFFF" w:themeFill="background1"/>
            <w:tcMar>
              <w:top w:w="80" w:type="dxa"/>
              <w:left w:w="100" w:type="dxa"/>
              <w:bottom w:w="80" w:type="dxa"/>
              <w:right w:w="100" w:type="dxa"/>
            </w:tcMar>
            <w:vAlign w:val="center"/>
          </w:tcPr>
          <w:p w:rsidR="00A8164A" w:rsidRPr="00A76BC0" w:rsidRDefault="00752653" w:rsidP="00AF3162">
            <w:pPr>
              <w:jc w:val="center"/>
            </w:pPr>
            <w:r w:rsidRPr="00A76BC0">
              <w:t>販売開始日</w:t>
            </w:r>
          </w:p>
        </w:tc>
        <w:tc>
          <w:tcPr>
            <w:tcW w:w="7087" w:type="dxa"/>
            <w:shd w:val="clear" w:color="auto" w:fill="FFFFFF" w:themeFill="background1"/>
            <w:tcMar>
              <w:top w:w="80" w:type="dxa"/>
              <w:left w:w="100" w:type="dxa"/>
              <w:bottom w:w="80" w:type="dxa"/>
              <w:right w:w="100" w:type="dxa"/>
            </w:tcMar>
            <w:vAlign w:val="center"/>
          </w:tcPr>
          <w:p w:rsidR="00A8164A" w:rsidRDefault="00752653" w:rsidP="00AF3162">
            <w:pPr>
              <w:jc w:val="center"/>
            </w:pPr>
            <w:r>
              <w:t>令和　　年　　月　　日</w:t>
            </w:r>
          </w:p>
        </w:tc>
      </w:tr>
    </w:tbl>
    <w:p w:rsidR="00A8164A" w:rsidRDefault="00752653" w:rsidP="00C84DEC">
      <w:pPr>
        <w:ind w:leftChars="100" w:left="420" w:hangingChars="100" w:hanging="210"/>
        <w:rPr>
          <w:lang w:eastAsia="ja-JP"/>
        </w:rPr>
      </w:pPr>
      <w:r w:rsidRPr="00A76BC0">
        <w:rPr>
          <w:lang w:eastAsia="ja-JP"/>
        </w:rPr>
        <w:t>※</w:t>
      </w:r>
      <w:r>
        <w:rPr>
          <w:b/>
          <w:lang w:eastAsia="ja-JP"/>
        </w:rPr>
        <w:t xml:space="preserve"> </w:t>
      </w:r>
      <w:r w:rsidR="008D6001">
        <w:rPr>
          <w:lang w:eastAsia="ja-JP"/>
        </w:rPr>
        <w:t>開発の範囲は、補助対象となる開発内容に応じて「</w:t>
      </w:r>
      <w:r w:rsidR="00F039B6">
        <w:rPr>
          <w:rFonts w:hint="eastAsia"/>
          <w:lang w:eastAsia="ja-JP"/>
        </w:rPr>
        <w:t>新規商品開発</w:t>
      </w:r>
      <w:r w:rsidR="00F039B6">
        <w:rPr>
          <w:lang w:eastAsia="ja-JP"/>
        </w:rPr>
        <w:t>」又は「</w:t>
      </w:r>
      <w:r w:rsidR="00F039B6">
        <w:rPr>
          <w:rFonts w:hint="eastAsia"/>
          <w:lang w:eastAsia="ja-JP"/>
        </w:rPr>
        <w:t>包材デザイン</w:t>
      </w:r>
      <w:r>
        <w:rPr>
          <w:lang w:eastAsia="ja-JP"/>
        </w:rPr>
        <w:t>」のいずれかにチェックしてください。</w:t>
      </w:r>
    </w:p>
    <w:p w:rsidR="00A8164A" w:rsidRDefault="00752653" w:rsidP="00C84DEC">
      <w:pPr>
        <w:ind w:firstLineChars="100" w:firstLine="210"/>
        <w:rPr>
          <w:lang w:eastAsia="ja-JP"/>
        </w:rPr>
      </w:pPr>
      <w:r>
        <w:rPr>
          <w:lang w:eastAsia="ja-JP"/>
        </w:rPr>
        <w:lastRenderedPageBreak/>
        <w:t xml:space="preserve">※ </w:t>
      </w:r>
      <w:r>
        <w:rPr>
          <w:lang w:eastAsia="ja-JP"/>
        </w:rPr>
        <w:t>商品名、商品の種類、事業着手日及び販売開始日は、予定している内容を記載してください。</w:t>
      </w:r>
    </w:p>
    <w:p w:rsidR="00752653" w:rsidRPr="00AF3162" w:rsidRDefault="00AF3162" w:rsidP="00C84DEC">
      <w:pPr>
        <w:ind w:firstLineChars="100" w:firstLine="281"/>
        <w:rPr>
          <w:lang w:eastAsia="ja-JP"/>
        </w:rPr>
      </w:pPr>
      <w:r>
        <w:rPr>
          <w:rFonts w:hint="eastAsia"/>
          <w:b/>
          <w:sz w:val="28"/>
          <w:szCs w:val="28"/>
          <w:lang w:eastAsia="ja-JP"/>
        </w:rPr>
        <w:t>3.</w:t>
      </w:r>
      <w:r w:rsidR="00C84DEC" w:rsidRPr="00AF3162">
        <w:rPr>
          <w:rFonts w:hint="eastAsia"/>
          <w:b/>
          <w:sz w:val="28"/>
          <w:szCs w:val="28"/>
          <w:u w:val="single"/>
          <w:lang w:eastAsia="ja-JP"/>
        </w:rPr>
        <w:t xml:space="preserve">市が審査のため、市税等の納付状況を閲覧することに同意します　　</w:t>
      </w:r>
      <w:r w:rsidR="00C84DEC" w:rsidRPr="00AF3162">
        <w:rPr>
          <w:sz w:val="28"/>
          <w:szCs w:val="28"/>
          <w:u w:val="single"/>
          <w:lang w:eastAsia="ja-JP"/>
        </w:rPr>
        <w:t>□</w:t>
      </w:r>
      <w:r w:rsidR="006A514E" w:rsidRPr="00AF3162">
        <w:rPr>
          <w:rFonts w:hint="eastAsia"/>
          <w:sz w:val="28"/>
          <w:szCs w:val="28"/>
          <w:u w:val="single"/>
          <w:lang w:eastAsia="ja-JP"/>
        </w:rPr>
        <w:t xml:space="preserve">　</w:t>
      </w:r>
      <w:r w:rsidR="006A514E" w:rsidRPr="00AF3162">
        <w:rPr>
          <w:rFonts w:hint="eastAsia"/>
          <w:lang w:eastAsia="ja-JP"/>
        </w:rPr>
        <w:t xml:space="preserve">　　　　　　　　　</w:t>
      </w:r>
    </w:p>
    <w:p w:rsidR="00C84DEC" w:rsidRDefault="00C84DEC" w:rsidP="00C84DEC">
      <w:pPr>
        <w:ind w:firstLineChars="100" w:firstLine="210"/>
        <w:rPr>
          <w:lang w:eastAsia="ja-JP"/>
        </w:rPr>
      </w:pPr>
      <w:r>
        <w:rPr>
          <w:rFonts w:hint="eastAsia"/>
          <w:lang w:eastAsia="ja-JP"/>
        </w:rPr>
        <w:t>※市税等の納付状況について市が閲覧することに同意される場合はチェックしてください。</w:t>
      </w:r>
    </w:p>
    <w:p w:rsidR="0057307B" w:rsidRPr="00AF3162" w:rsidRDefault="00AF3162" w:rsidP="00C84DEC">
      <w:pPr>
        <w:ind w:firstLineChars="100" w:firstLine="281"/>
        <w:rPr>
          <w:b/>
          <w:sz w:val="28"/>
          <w:szCs w:val="28"/>
          <w:lang w:eastAsia="ja-JP"/>
        </w:rPr>
      </w:pPr>
      <w:r>
        <w:rPr>
          <w:rFonts w:hint="eastAsia"/>
          <w:b/>
          <w:sz w:val="28"/>
          <w:szCs w:val="28"/>
          <w:lang w:eastAsia="ja-JP"/>
        </w:rPr>
        <w:t>4.</w:t>
      </w:r>
      <w:r w:rsidR="00752653" w:rsidRPr="00AF3162">
        <w:rPr>
          <w:rFonts w:hint="eastAsia"/>
          <w:b/>
          <w:sz w:val="28"/>
          <w:szCs w:val="28"/>
          <w:lang w:eastAsia="ja-JP"/>
        </w:rPr>
        <w:t>添付書類</w:t>
      </w:r>
    </w:p>
    <w:p w:rsidR="004A4013" w:rsidRPr="004A4013" w:rsidRDefault="004A4013" w:rsidP="004A4013">
      <w:pPr>
        <w:rPr>
          <w:szCs w:val="21"/>
          <w:lang w:eastAsia="ja-JP"/>
        </w:rPr>
      </w:pPr>
      <w:r>
        <w:rPr>
          <w:rFonts w:hint="eastAsia"/>
          <w:sz w:val="24"/>
          <w:szCs w:val="24"/>
          <w:lang w:eastAsia="ja-JP"/>
        </w:rPr>
        <w:t>・</w:t>
      </w:r>
      <w:r>
        <w:rPr>
          <w:rFonts w:hint="eastAsia"/>
          <w:szCs w:val="21"/>
          <w:lang w:eastAsia="ja-JP"/>
        </w:rPr>
        <w:t>別紙２　収支予算書</w:t>
      </w:r>
    </w:p>
    <w:p w:rsidR="0057307B" w:rsidRDefault="00752653">
      <w:pPr>
        <w:rPr>
          <w:lang w:eastAsia="ja-JP"/>
        </w:rPr>
      </w:pPr>
      <w:r w:rsidRPr="00752653">
        <w:rPr>
          <w:rFonts w:hint="eastAsia"/>
          <w:lang w:eastAsia="ja-JP"/>
        </w:rPr>
        <w:t>・商品</w:t>
      </w:r>
      <w:r w:rsidR="002734BE">
        <w:rPr>
          <w:rFonts w:hint="eastAsia"/>
          <w:lang w:eastAsia="ja-JP"/>
        </w:rPr>
        <w:t>開発</w:t>
      </w:r>
      <w:r w:rsidRPr="00752653">
        <w:rPr>
          <w:rFonts w:hint="eastAsia"/>
          <w:lang w:eastAsia="ja-JP"/>
        </w:rPr>
        <w:t>から販売開始までの工程表（任意様式）</w:t>
      </w:r>
    </w:p>
    <w:p w:rsidR="00752653" w:rsidRDefault="00752653">
      <w:pPr>
        <w:rPr>
          <w:lang w:eastAsia="ja-JP"/>
        </w:rPr>
      </w:pPr>
      <w:r>
        <w:rPr>
          <w:rFonts w:hint="eastAsia"/>
          <w:lang w:eastAsia="ja-JP"/>
        </w:rPr>
        <w:t>・</w:t>
      </w:r>
      <w:r w:rsidRPr="00752653">
        <w:rPr>
          <w:rFonts w:hint="eastAsia"/>
          <w:lang w:eastAsia="ja-JP"/>
        </w:rPr>
        <w:t>番組ロゴの使用について</w:t>
      </w:r>
      <w:r w:rsidRPr="00752653">
        <w:rPr>
          <w:rFonts w:hint="eastAsia"/>
          <w:lang w:eastAsia="ja-JP"/>
        </w:rPr>
        <w:t>NHK</w:t>
      </w:r>
      <w:r w:rsidRPr="00752653">
        <w:rPr>
          <w:rFonts w:hint="eastAsia"/>
          <w:lang w:eastAsia="ja-JP"/>
        </w:rPr>
        <w:t>エンタープライズの許諾を得たことが分かるもの（許諾書等）</w:t>
      </w:r>
    </w:p>
    <w:p w:rsidR="00C84DEC" w:rsidRPr="00752653" w:rsidRDefault="00C84DEC">
      <w:pPr>
        <w:rPr>
          <w:lang w:eastAsia="ja-JP"/>
        </w:rPr>
      </w:pPr>
      <w:r>
        <w:rPr>
          <w:rFonts w:hint="eastAsia"/>
          <w:lang w:eastAsia="ja-JP"/>
        </w:rPr>
        <w:lastRenderedPageBreak/>
        <w:t>・市税納税証明書（市が納付状況を閲覧することに不同意の場合）</w:t>
      </w:r>
    </w:p>
    <w:sectPr w:rsidR="00C84DEC" w:rsidRPr="00752653" w:rsidSect="00AF3162">
      <w:pgSz w:w="12240" w:h="15840"/>
      <w:pgMar w:top="1020" w:right="1134" w:bottom="1020" w:left="1134" w:header="720" w:footer="720" w:gutter="0"/>
      <w:cols w:space="720"/>
      <w:docGrid w:type="linesAndChar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07B" w:rsidRDefault="0057307B" w:rsidP="0057307B">
      <w:pPr>
        <w:spacing w:after="0" w:line="240" w:lineRule="auto"/>
      </w:pPr>
      <w:r>
        <w:separator/>
      </w:r>
    </w:p>
  </w:endnote>
  <w:endnote w:type="continuationSeparator" w:id="0">
    <w:p w:rsidR="0057307B" w:rsidRDefault="0057307B" w:rsidP="00573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07B" w:rsidRDefault="0057307B" w:rsidP="0057307B">
      <w:pPr>
        <w:spacing w:after="0" w:line="240" w:lineRule="auto"/>
      </w:pPr>
      <w:r>
        <w:separator/>
      </w:r>
    </w:p>
  </w:footnote>
  <w:footnote w:type="continuationSeparator" w:id="0">
    <w:p w:rsidR="0057307B" w:rsidRDefault="0057307B" w:rsidP="005730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BA12E65"/>
    <w:multiLevelType w:val="hybridMultilevel"/>
    <w:tmpl w:val="33A0EF60"/>
    <w:lvl w:ilvl="0" w:tplc="75AE22C4">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8E16B08"/>
    <w:multiLevelType w:val="hybridMultilevel"/>
    <w:tmpl w:val="CBCC0110"/>
    <w:lvl w:ilvl="0" w:tplc="4E8EF98A">
      <w:start w:val="1"/>
      <w:numFmt w:val="decimal"/>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05"/>
  <w:drawingGridVerticalSpacing w:val="353"/>
  <w:displayHorizontalDrawingGridEvery w:val="2"/>
  <w:characterSpacingControl w:val="doNotCompress"/>
  <w:hdrShapeDefaults>
    <o:shapedefaults v:ext="edit" spidmax="2457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302C5"/>
    <w:rsid w:val="002734BE"/>
    <w:rsid w:val="002848D2"/>
    <w:rsid w:val="0029639D"/>
    <w:rsid w:val="00326F90"/>
    <w:rsid w:val="00335D06"/>
    <w:rsid w:val="004A4013"/>
    <w:rsid w:val="0057307B"/>
    <w:rsid w:val="006A514E"/>
    <w:rsid w:val="00725C7B"/>
    <w:rsid w:val="00752653"/>
    <w:rsid w:val="00785FC5"/>
    <w:rsid w:val="00796A38"/>
    <w:rsid w:val="008D6001"/>
    <w:rsid w:val="00A438EA"/>
    <w:rsid w:val="00A66986"/>
    <w:rsid w:val="00A76BC0"/>
    <w:rsid w:val="00A8164A"/>
    <w:rsid w:val="00AA1D8D"/>
    <w:rsid w:val="00AF3162"/>
    <w:rsid w:val="00B47730"/>
    <w:rsid w:val="00C36EB6"/>
    <w:rsid w:val="00C84DEC"/>
    <w:rsid w:val="00CB0664"/>
    <w:rsid w:val="00F039B6"/>
    <w:rsid w:val="00FC693F"/>
    <w:rsid w:val="00FE55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v:textbox inset="5.85pt,.7pt,5.85pt,.7pt"/>
    </o:shapedefaults>
    <o:shapelayout v:ext="edit">
      <o:idmap v:ext="edit" data="1"/>
    </o:shapelayout>
  </w:shapeDefaults>
  <w:decimalSymbol w:val="."/>
  <w:listSeparator w:val=","/>
  <w14:defaultImageDpi w14:val="300"/>
  <w15:docId w15:val="{DC10F5B4-5E5C-4118-B55C-42F53362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游ゴシック" w:hAnsi="游ゴシック"/>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72</Words>
  <Characters>417</Characters>
  <Application>Microsoft Office Word</Application>
  <DocSecurity>4</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亀山　宏樹</cp:lastModifiedBy>
  <cp:revision>2</cp:revision>
  <dcterms:created xsi:type="dcterms:W3CDTF">2026-10-07T07:39:00Z</dcterms:created>
  <dcterms:modified xsi:type="dcterms:W3CDTF">2026-10-07T07:39:00Z</dcterms:modified>
  <cp:category/>
</cp:coreProperties>
</file>